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אומנות הפיוס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הפיוס, הסליחה והאחריות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שלבים בדרך לחזרה לחברות אחרי 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יום כיפור ליום השלום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ללמוד לבקש סליחה, לסלוח ולחזור לחברות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השלום הבינלאומי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להבין, להודות, לבקש,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מציירים יונה וכותבים עליה דרך להשלים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העברי קבוע, אך התאריך הלועזי משתנה משנה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 לשכבת א-ג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המכתב נשאר אצל הכותבים ולא חייבים לשלוח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שם המשחק ותוכנו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מצוין שזה 'רשות'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(תהליך של חזרה לחברות אחרי 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(בקשה או נתינה של מחילה על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(הבנה שהמעשים שלי משפיעים על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(התייחסות הוגנת ומכבדת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(פעולה שמתקנת נזק במקום להעניש)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מה קרה וכיצד פגעתי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להודות בטעות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לתקן את מה שאפשר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כולל התייחסות למצב, רגש כן, ובקשה או הצעה לתיקון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מבחינה בין הפעולות: סליחה כצעד פעיל, מחילה כוויתור פנימי, שכחה כאי-זכירה, לא בהכרח קשורה לפיוס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להבין, להודות, לבקש, 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יום השלום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שמציעה פעולה מתקנת ולא עונש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בשיחה קצרה על חוויה אישית של סליחה, בלי שמות או פרטים מביכים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להשאיר זמן לכתיבה שקטה בחלק הפתוח, בלי לחץ לשתף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אומנות הפיוס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כיפור הוא יום שבו אנשים מבקשים סליחה ומסלחים אחד לשני. באותו יום בעולם חוגגים גם יום שלום. בדף הזה נלמד מילים ורעיונות על סליחה וחברות.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להיות חברים אחרי 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או לתת מחילה על 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להסכים לסלוח למישהו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שהמעשים שלי משפיעים על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לכל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שמתקן נזק במקום להעניש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השלום הבינלאומי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בעולם שבו מדברים על שלום בין אנשים ומדינות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הפעילויות?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לבקש סליחה, לסלוח ולחזור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לשיר שירי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הכיתה לכבוד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מתנה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חוגגים בעולם ב-21 בספטמבר?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השלום הבינלאומי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הניקיון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סדר השלבים בדרך לפיוס?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לכעוס, לשתוק, לברוח, 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להבין, להודות, לבקש, 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לצעוק, לריב, לפייס, 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לשתוק, להתעלם, לסלוח, 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לומדים על ההבדל בין סליחה, מחילה ושכחה?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יסודי ד-ו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בפעילות היונה?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יונה וכותבים עליה דרך להשלים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קן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 על 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צובעים כנפיים כחולות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כיפור חל תמיד ב-21 בספטמבר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'תיבת בואו נשלים' משתמשים בבובות לתרגול משפטי פיוס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לשלוח את מכתב הפיוס שכותבים ביסודי ד-ו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'תיקון במקום עונש' מציע דרך לתקן מצב במקום להעניש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בנושא הפיוס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ב-21 בספטמבר מציינים בעולם גם את יום ה__________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'יונת השלום' כל ילד מקבל __________ מנייר וכותב עליה דרך להשלים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סולם הסליחה כולל ארבעה שלבים: להבין, להודות, __________ ולתקן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בחטיבת הביניים יש דיון בדילמה: האם חייבים __________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בתיכון עורכים סמינר קצר בשם 'כוחה של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בקשה או נתינה של מחילה על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פעולה שמתקנת נזק במקום להעניש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התייחסות הוגנת ומכבדת לכל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תהליך של חזרה לחברות אחרי 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הבנה שהמעשים שלי משפיעים על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קרה וכיצד פגעתי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לתקן את מה שאפשר לתקן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בטעות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פיוס קצר לחבר/ה או לעצמכם, שאינכם חייבים לשלוח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ההבדל, לדעתכם, בין סליחה, מחילה ושכחה? הסבירו בכמה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שלבי סולם הסליחה?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חוגגים בעולם ב-21 בספטמבר חוץ מיום כיפור?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לתקן מצב במקום להעניש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כיפור – אומנות הפיוס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